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Autorização para Gravação</w:t>
      </w:r>
    </w:p>
    <w:p>
      <w:r>
        <w:t>Modelo orientativo para registrar autorização de gravação de áudio e/ou vídeo quando esse procedimento fizer parte da pesquisa. Adapte-o ao protocolo aprovado e às exigências éticas e institucionais aplicáveis.</w:t>
      </w:r>
    </w:p>
    <w:p>
      <w:pPr>
        <w:pStyle w:val="Heading1"/>
      </w:pPr>
      <w:r>
        <w:t>1. Identificação</w:t>
      </w:r>
    </w:p>
    <w:p>
      <w:r>
        <w:t>Pesquisa: [Digite aqui]</w:t>
        <w:br/>
        <w:t>Pesquisador(a): [Digite aqui]</w:t>
        <w:br/>
        <w:t>Instituição: [Digite aqui]</w:t>
        <w:br/>
        <w:t>Participante/código: [Digite aqui]</w:t>
      </w:r>
    </w:p>
    <w:p>
      <w:pPr>
        <w:pStyle w:val="Heading1"/>
      </w:pPr>
      <w:r>
        <w:t>2. Informação sobre a gravação</w:t>
      </w:r>
    </w:p>
    <w:p>
      <w:r>
        <w:t>[Explique a finalidade da gravação, o tipo de registro (áudio/vídeo), como será utilizado e quem terá acesso.]</w:t>
      </w:r>
    </w:p>
    <w:p>
      <w:pPr>
        <w:pStyle w:val="Heading1"/>
      </w:pPr>
      <w:r>
        <w:t>3. Armazenamento e destino</w:t>
      </w:r>
    </w:p>
    <w:p>
      <w:r>
        <w:t>[Informe onde o arquivo será armazenado, por quanto tempo, medidas de proteção e destinação posterior, conforme o protocolo.]</w:t>
      </w:r>
    </w:p>
    <w:p>
      <w:pPr>
        <w:pStyle w:val="Heading1"/>
      </w:pPr>
      <w:r>
        <w:t>4. Autorização</w:t>
      </w:r>
    </w:p>
    <w:p>
      <w:r>
        <w:t>Após receber as informações necessárias:</w:t>
        <w:br/>
        <w:br/>
        <w:t>( ) AUTORIZO a gravação de áudio.</w:t>
        <w:br/>
        <w:t>( ) AUTORIZO a gravação de vídeo.</w:t>
        <w:br/>
        <w:t>( ) NÃO AUTORIZO a gravação.</w:t>
        <w:br/>
        <w:br/>
        <w:t>Observações/limitações de uso, se aplicável: ______________________________</w:t>
      </w:r>
    </w:p>
    <w:p>
      <w:pPr>
        <w:pStyle w:val="Heading1"/>
      </w:pPr>
      <w:r>
        <w:t>5. Registro</w:t>
      </w:r>
    </w:p>
    <w:p>
      <w:r>
        <w:t>Participante: ______________________________</w:t>
        <w:br/>
        <w:t>Assinatura: __________________ Data: ____/____/______</w:t>
        <w:br/>
        <w:br/>
        <w:t>Pesquisador(a): ___________________________</w:t>
        <w:br/>
        <w:t>Assinatura: __________________ Data: ____/____/______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