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NEOPESQUISA</w:t>
      </w:r>
    </w:p>
    <w:p>
      <w:pPr>
        <w:jc w:val="center"/>
      </w:pPr>
      <w:r>
        <w:rPr>
          <w:b/>
          <w:sz w:val="20"/>
        </w:rPr>
        <w:t>MODELO EDITÁVEL E ORIENTATIVO</w:t>
      </w:r>
    </w:p>
    <w:p>
      <w:pPr>
        <w:jc w:val="center"/>
      </w:pPr>
      <w:r>
        <w:rPr>
          <w:b/>
          <w:sz w:val="36"/>
        </w:rPr>
        <w:t>Carta-Convite ao Participante</w:t>
      </w:r>
    </w:p>
    <w:p>
      <w:r>
        <w:t>Modelo editável para convite inicial à participação em pesquisa. O convite não substitui o processo de consentimento quando este for exigido.</w:t>
      </w:r>
    </w:p>
    <w:p>
      <w:pPr>
        <w:pStyle w:val="Heading1"/>
      </w:pPr>
      <w:r>
        <w:t>1. Identificação</w:t>
      </w:r>
    </w:p>
    <w:p>
      <w:r>
        <w:t>Pesquisa: [Digite aqui]</w:t>
        <w:br/>
        <w:t>Pesquisador(a): [Digite aqui]</w:t>
        <w:br/>
        <w:t>Instituição/Programa: [Digite aqui]</w:t>
        <w:br/>
        <w:t>Orientador(a), quando aplicável: [Digite aqui]</w:t>
      </w:r>
    </w:p>
    <w:p>
      <w:pPr>
        <w:pStyle w:val="Heading1"/>
      </w:pPr>
      <w:r>
        <w:t>2. Convite</w:t>
      </w:r>
    </w:p>
    <w:p>
      <w:r>
        <w:t>Prezado(a) [nome/forma de tratamento],</w:t>
        <w:br/>
        <w:br/>
        <w:t>Você está sendo convidado(a) a participar da pesquisa intitulada “[título]”, que tem como objetivo [objetivo em linguagem breve e acessível].</w:t>
      </w:r>
    </w:p>
    <w:p>
      <w:pPr>
        <w:pStyle w:val="Heading1"/>
      </w:pPr>
      <w:r>
        <w:t>3. Participação prevista</w:t>
      </w:r>
    </w:p>
    <w:p>
      <w:r>
        <w:t>Sua participação consistirá em [entrevista/questionário/grupo focal/outro], com duração aproximada de [tempo], a ser realizada [local/modalidade/período].</w:t>
      </w:r>
    </w:p>
    <w:p>
      <w:pPr>
        <w:pStyle w:val="Heading1"/>
      </w:pPr>
      <w:r>
        <w:t>4. Informações importantes</w:t>
      </w:r>
    </w:p>
    <w:p>
      <w:r>
        <w:t>[Informe de forma breve que a participação é voluntária e que os esclarecimentos éticos e de consentimento serão apresentados conforme os procedimentos aplicáveis à pesquisa.]</w:t>
      </w:r>
    </w:p>
    <w:p>
      <w:pPr>
        <w:pStyle w:val="Heading1"/>
      </w:pPr>
      <w:r>
        <w:t>5. Contato</w:t>
      </w:r>
    </w:p>
    <w:p>
      <w:r>
        <w:t>Caso tenha interesse ou deseje mais informações, entre em contato:</w:t>
        <w:br/>
        <w:t>Pesquisador(a): [nome]</w:t>
        <w:br/>
        <w:t>E-mail: [e-mail]</w:t>
        <w:br/>
        <w:t>Telefone/outro canal, quando pertinente: [contato]</w:t>
        <w:br/>
        <w:br/>
        <w:t>Atenciosamente,</w:t>
        <w:br/>
        <w:t>[Nome do pesquisador(a)]</w:t>
      </w:r>
    </w:p>
    <w:p/>
    <w:p>
      <w:pPr>
        <w:jc w:val="center"/>
      </w:pPr>
      <w:r>
        <w:rPr>
          <w:i/>
          <w:sz w:val="18"/>
        </w:rPr>
        <w:t>NeoPesquisa — Modelo editável e orientativo</w:t>
      </w:r>
    </w:p>
    <w:sectPr w:rsidR="00FC693F" w:rsidRPr="0006063C" w:rsidSect="00034616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