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Estrutura-base de Tese</w:t>
      </w:r>
    </w:p>
    <w:p>
      <w:r>
        <w:t>Estrutura-base editável e orientativa. A organização, nomenclatura e obrigatoriedade dos elementos podem variar conforme instituição, curso, programa e área do conhecimento. Consulte sempre o manual acadêmico e as normas vigentes adotadas pela sua instituição.</w:t>
      </w:r>
    </w:p>
    <w:p>
      <w:pPr>
        <w:pStyle w:val="Heading1"/>
      </w:pPr>
      <w:r>
        <w:t>Elementos iniciais — adapte à instituição</w:t>
      </w:r>
    </w:p>
    <w:p>
      <w:r>
        <w:t>[Instituição]</w:t>
        <w:br/>
        <w:t>[Curso/Programa]</w:t>
        <w:br/>
        <w:t>[Autor(a)]</w:t>
        <w:br/>
        <w:t>[Título]</w:t>
        <w:br/>
        <w:t>[Subtítulo, se houver]</w:t>
        <w:br/>
        <w:t>[Orientador(a), quando aplicável]</w:t>
        <w:br/>
        <w:t>[Local]</w:t>
        <w:br/>
        <w:t>[Ano]</w:t>
      </w:r>
    </w:p>
    <w:p>
      <w:pPr>
        <w:pStyle w:val="Heading1"/>
      </w:pPr>
      <w:r>
        <w:t>Resumo / Abstract e palavras-chave</w:t>
      </w:r>
    </w:p>
    <w:p>
      <w:r>
        <w:rPr>
          <w:i/>
        </w:rPr>
        <w:t>Orientação: elabore conforme as exigências do programa e da instituição.</w:t>
      </w:r>
    </w:p>
    <w:p>
      <w:pPr>
        <w:pStyle w:val="Heading1"/>
      </w:pPr>
      <w:r>
        <w:t>1. Introdução</w:t>
      </w:r>
    </w:p>
    <w:p>
      <w:r>
        <w:rPr>
          <w:i/>
        </w:rPr>
        <w:t>Orientação: apresente contexto, lacuna, problema, justificativa, objetivos, contribuição pretendida e organização da tese, quando pertinente.</w:t>
      </w:r>
    </w:p>
    <w:p>
      <w:pPr>
        <w:pStyle w:val="Heading1"/>
      </w:pPr>
      <w:r>
        <w:t>2. Fundamentação teórica / Revisão da literatura</w:t>
      </w:r>
    </w:p>
    <w:p>
      <w:r>
        <w:rPr>
          <w:i/>
        </w:rPr>
        <w:t>Orientação: desenvolva análise crítica e aprofundada da literatura e posicione teoricamente a investigação.</w:t>
      </w:r>
    </w:p>
    <w:p>
      <w:pPr>
        <w:pStyle w:val="Heading1"/>
      </w:pPr>
      <w:r>
        <w:t>3. Procedimentos metodológicos</w:t>
      </w:r>
    </w:p>
    <w:p>
      <w:r>
        <w:rPr>
          <w:i/>
        </w:rPr>
        <w:t>Orientação: justifique o desenho e as decisões metodológicas, detalhando procedimentos, critérios, coleta, análise e aspectos éticos aplicáveis.</w:t>
      </w:r>
    </w:p>
    <w:p>
      <w:pPr>
        <w:pStyle w:val="Heading1"/>
      </w:pPr>
      <w:r>
        <w:t>4. Resultados / Achados</w:t>
      </w:r>
    </w:p>
    <w:p>
      <w:r>
        <w:rPr>
          <w:i/>
        </w:rPr>
        <w:t>Orientação: apresente os resultados de forma coerente com o desenho da investigação.</w:t>
      </w:r>
    </w:p>
    <w:p>
      <w:pPr>
        <w:pStyle w:val="Heading1"/>
      </w:pPr>
      <w:r>
        <w:t>5. Análise e discussão</w:t>
      </w:r>
    </w:p>
    <w:p>
      <w:r>
        <w:rPr>
          <w:i/>
        </w:rPr>
        <w:t>Orientação: desenvolva interpretação aprofundada dos achados, articulando-os à literatura, à questão de pesquisa e à contribuição original da tese.</w:t>
      </w:r>
    </w:p>
    <w:p>
      <w:pPr>
        <w:pStyle w:val="Heading1"/>
      </w:pPr>
      <w:r>
        <w:t>6. Conclusões / Considerações finais</w:t>
      </w:r>
    </w:p>
    <w:p>
      <w:r>
        <w:rPr>
          <w:i/>
        </w:rPr>
        <w:t>Orientação: responda à questão e aos objetivos, explicite contribuições originais, limitações e possibilidades de pesquisas futuras.</w:t>
      </w:r>
    </w:p>
    <w:p>
      <w:pPr>
        <w:pStyle w:val="Heading1"/>
      </w:pPr>
      <w:r>
        <w:t>Referências</w:t>
      </w:r>
    </w:p>
    <w:p>
      <w:r>
        <w:t>Orientação: relacione as fontes efetivamente citadas e aplique o padrão bibliográfico exigido pela instituição ou veículo.</w:t>
      </w:r>
    </w:p>
    <w:p>
      <w:r>
        <w:t>[Insira aqui as referências.]</w:t>
      </w:r>
    </w:p>
    <w:p>
      <w:pPr>
        <w:pStyle w:val="Heading1"/>
      </w:pPr>
      <w:r>
        <w:t>Elementos pós-textuais, quando aplicáveis</w:t>
      </w:r>
    </w:p>
    <w:p>
      <w:r>
        <w:t>[Apêndices, anexos, glossário e outros elementos exigidos ou pertinentes.]</w:t>
      </w:r>
    </w:p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