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NEOPESQUISA</w:t>
      </w:r>
    </w:p>
    <w:p>
      <w:pPr>
        <w:jc w:val="center"/>
      </w:pPr>
      <w:r>
        <w:rPr>
          <w:b/>
        </w:rPr>
        <w:t>MODELO EDITÁVEL E ORIENTATIVO</w:t>
      </w:r>
    </w:p>
    <w:p>
      <w:pPr>
        <w:jc w:val="center"/>
      </w:pPr>
      <w:r>
        <w:rPr>
          <w:b/>
          <w:sz w:val="36"/>
        </w:rPr>
        <w:t>Ficha de Leitura Científica</w:t>
      </w:r>
    </w:p>
    <w:p>
      <w:r>
        <w:t>Use esta ficha para registrar informações essenciais de artigos, livros, capítulos, teses e outros trabalhos científicos relevantes à pesquisa.</w:t>
      </w:r>
    </w:p>
    <w:p>
      <w:pPr>
        <w:pStyle w:val="Heading1"/>
      </w:pPr>
      <w:r>
        <w:t>1. Referência completa</w:t>
      </w:r>
    </w:p>
    <w:p>
      <w:r>
        <w:t>[Registre a referência conforme o padrão adotado pela sua instituição.]</w:t>
      </w:r>
    </w:p>
    <w:p>
      <w:pPr>
        <w:pStyle w:val="Heading1"/>
      </w:pPr>
      <w:r>
        <w:t>2. Tipo de documento e fonte</w:t>
      </w:r>
    </w:p>
    <w:p>
      <w:r>
        <w:t>Tipo: [artigo/livro/capítulo/tese/outro]</w:t>
        <w:br/>
        <w:t>Base/periódico/editora/repositório: [Digite aqui]</w:t>
        <w:br/>
        <w:t>DOI/identificador/link, quando pertinente: [Digite aqui]</w:t>
      </w:r>
    </w:p>
    <w:p>
      <w:pPr>
        <w:pStyle w:val="Heading1"/>
      </w:pPr>
      <w:r>
        <w:t>3. Problema ou questão abordada</w:t>
      </w:r>
    </w:p>
    <w:p>
      <w:r>
        <w:t>[Registre o problema, pergunta ou foco central do trabalho.]</w:t>
      </w:r>
    </w:p>
    <w:p>
      <w:pPr>
        <w:pStyle w:val="Heading1"/>
      </w:pPr>
      <w:r>
        <w:t>4. Objetivo do estudo</w:t>
      </w:r>
    </w:p>
    <w:p>
      <w:r>
        <w:t>[Digite aqui.]</w:t>
      </w:r>
    </w:p>
    <w:p>
      <w:pPr>
        <w:pStyle w:val="Heading1"/>
      </w:pPr>
      <w:r>
        <w:t>5. Referencial/conceitos principais</w:t>
      </w:r>
    </w:p>
    <w:p>
      <w:r>
        <w:t>[Registre autores, teorias, conceitos e definições relevantes.]</w:t>
      </w:r>
    </w:p>
    <w:p>
      <w:pPr>
        <w:pStyle w:val="Heading1"/>
      </w:pPr>
      <w:r>
        <w:t>6. Procedimentos metodológicos</w:t>
      </w:r>
    </w:p>
    <w:p>
      <w:r>
        <w:t>[Registre abordagem, desenho, participantes/fontes, coleta e análise quando pertinentes.]</w:t>
      </w:r>
    </w:p>
    <w:p>
      <w:pPr>
        <w:pStyle w:val="Heading1"/>
      </w:pPr>
      <w:r>
        <w:t>7. Principais resultados/conclusões</w:t>
      </w:r>
    </w:p>
    <w:p>
      <w:r>
        <w:t>[Sintetize com suas próprias palavras.]</w:t>
      </w:r>
    </w:p>
    <w:p>
      <w:pPr>
        <w:pStyle w:val="Heading1"/>
      </w:pPr>
      <w:r>
        <w:t>8. Trechos relevantes</w:t>
      </w:r>
    </w:p>
    <w:p>
      <w:r>
        <w:t>[Registre trechos apenas quando realmente necessários, sempre com página/localização para futura citação.]</w:t>
      </w:r>
    </w:p>
    <w:p>
      <w:pPr>
        <w:pStyle w:val="Heading1"/>
      </w:pPr>
      <w:r>
        <w:t>9. Contribuição para minha pesquisa</w:t>
      </w:r>
    </w:p>
    <w:p>
      <w:r>
        <w:t>[Explique como o trabalho contribui para problema, objetivos, fundamentação, método, análise ou discussão.]</w:t>
      </w:r>
    </w:p>
    <w:p>
      <w:pPr>
        <w:pStyle w:val="Heading1"/>
      </w:pPr>
      <w:r>
        <w:t>10. Crítica, limitações e relações com outros estudos</w:t>
      </w:r>
    </w:p>
    <w:p>
      <w:r>
        <w:t>[Registre limitações percebidas, convergências, divergências, lacunas e relações com outras fontes.]</w:t>
      </w:r>
    </w:p>
    <w:p>
      <w:pPr>
        <w:pStyle w:val="Heading1"/>
      </w:pPr>
      <w:r>
        <w:t>11. Palavras-chave / categorias</w:t>
      </w:r>
    </w:p>
    <w:p>
      <w:r>
        <w:t>[Digite aqui.]</w:t>
      </w:r>
    </w:p>
    <w:sectPr w:rsidR="00FC693F" w:rsidRPr="0006063C" w:rsidSect="00034616">
      <w:pgSz w:w="12240" w:h="15840"/>
      <w:pgMar w:top="1417" w:right="1134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