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NEOPESQUISA</w:t>
      </w:r>
    </w:p>
    <w:p>
      <w:pPr>
        <w:jc w:val="center"/>
      </w:pPr>
      <w:r>
        <w:rPr>
          <w:b/>
          <w:sz w:val="20"/>
        </w:rPr>
        <w:t>MODELO EDITÁVEL E ORIENTATIVO</w:t>
      </w:r>
    </w:p>
    <w:p>
      <w:pPr>
        <w:jc w:val="center"/>
      </w:pPr>
      <w:r>
        <w:rPr>
          <w:b/>
          <w:sz w:val="36"/>
        </w:rPr>
        <w:t>Termo de Consentimento Livre e Esclarecido — TCLE</w:t>
      </w:r>
    </w:p>
    <w:p>
      <w:r>
        <w:t>Modelo orientativo. O TCLE deve ser adaptado ao protocolo da pesquisa e às exigências do CEP/instituição. Observe as normas éticas oficiais vigentes, especialmente as aplicáveis ao seu campo de pesquisa.</w:t>
      </w:r>
    </w:p>
    <w:p>
      <w:pPr>
        <w:pStyle w:val="Heading1"/>
      </w:pPr>
      <w:r>
        <w:t>1. Identificação da pesquisa</w:t>
      </w:r>
    </w:p>
    <w:p>
      <w:r>
        <w:t>Título: [Digite aqui]</w:t>
        <w:br/>
        <w:t>Pesquisador(a) responsável: [Digite aqui]</w:t>
        <w:br/>
        <w:t>Instituição: [Digite aqui]</w:t>
        <w:br/>
        <w:t>Contato do pesquisador: [Digite aqui]</w:t>
        <w:br/>
        <w:t>CEP/contato institucional, quando exigido: [Digite aqui]</w:t>
      </w:r>
    </w:p>
    <w:p>
      <w:pPr>
        <w:pStyle w:val="Heading1"/>
      </w:pPr>
      <w:r>
        <w:t>2. Convite e finalidade</w:t>
      </w:r>
    </w:p>
    <w:p>
      <w:r>
        <w:t>[Explique em linguagem clara por que a pessoa está sendo convidada e qual é o objetivo da pesquisa.]</w:t>
      </w:r>
    </w:p>
    <w:p>
      <w:pPr>
        <w:pStyle w:val="Heading1"/>
      </w:pPr>
      <w:r>
        <w:t>3. Procedimentos</w:t>
      </w:r>
    </w:p>
    <w:p>
      <w:r>
        <w:t>[Descreva o que será solicitado ao participante, duração aproximada, local/modalidade e procedimentos de registro.]</w:t>
      </w:r>
    </w:p>
    <w:p>
      <w:pPr>
        <w:pStyle w:val="Heading1"/>
      </w:pPr>
      <w:r>
        <w:t>4. Riscos e desconfortos</w:t>
      </w:r>
    </w:p>
    <w:p>
      <w:r>
        <w:t>[Informe riscos, desconfortos ou inconvenientes previsíveis e as medidas adotadas para minimizá-los.]</w:t>
      </w:r>
    </w:p>
    <w:p>
      <w:pPr>
        <w:pStyle w:val="Heading1"/>
      </w:pPr>
      <w:r>
        <w:t>5. Benefícios</w:t>
      </w:r>
    </w:p>
    <w:p>
      <w:r>
        <w:t>[Informe benefícios diretos, quando existirem, ou contribuições esperadas da pesquisa, sem promessas indevidas.]</w:t>
      </w:r>
    </w:p>
    <w:p>
      <w:pPr>
        <w:pStyle w:val="Heading1"/>
      </w:pPr>
      <w:r>
        <w:t>6. Participação voluntária e desistência</w:t>
      </w:r>
    </w:p>
    <w:p>
      <w:r>
        <w:t>Sua participação é voluntária. [Adapte o texto conforme o protocolo, deixando claro o direito de recusar ou retirar o consentimento sem penalização indevida.]</w:t>
      </w:r>
    </w:p>
    <w:p>
      <w:pPr>
        <w:pStyle w:val="Heading1"/>
      </w:pPr>
      <w:r>
        <w:t>7. Privacidade e tratamento dos dados</w:t>
      </w:r>
    </w:p>
    <w:p>
      <w:r>
        <w:t>[Explique como identidade, dados, registros e resultados serão tratados, armazenados e divulgados.]</w:t>
      </w:r>
    </w:p>
    <w:p>
      <w:pPr>
        <w:pStyle w:val="Heading1"/>
      </w:pPr>
      <w:r>
        <w:t>8. Consentimento</w:t>
      </w:r>
    </w:p>
    <w:p>
      <w:r>
        <w:t>Declaro que fui informado(a) sobre a pesquisa, tive oportunidade de esclarecer dúvidas e concordo voluntariamente em participar.</w:t>
        <w:br/>
        <w:br/>
        <w:t>Participante: ______________________________</w:t>
        <w:br/>
        <w:t>Assinatura: __________________ Data: ____/____/______</w:t>
        <w:br/>
        <w:br/>
        <w:t>Pesquisador(a): ___________________________</w:t>
        <w:br/>
        <w:t>Assinatura: __________________ Data: ____/____/______</w:t>
      </w:r>
    </w:p>
    <w:p/>
    <w:p>
      <w:pPr>
        <w:jc w:val="center"/>
      </w:pPr>
      <w:r>
        <w:rPr>
          <w:i/>
          <w:sz w:val="18"/>
        </w:rPr>
        <w:t>NeoPesquisa — Modelo editável e orientativo</w:t>
      </w:r>
    </w:p>
    <w:sectPr w:rsidR="00FC693F" w:rsidRPr="0006063C" w:rsidSect="00034616">
      <w:pgSz w:w="12240" w:h="15840"/>
      <w:pgMar w:top="1417" w:right="1134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