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NEOPESQUISA</w:t>
      </w:r>
    </w:p>
    <w:p>
      <w:pPr>
        <w:jc w:val="center"/>
      </w:pPr>
      <w:r>
        <w:rPr>
          <w:b/>
          <w:sz w:val="20"/>
        </w:rPr>
        <w:t>MODELO EDITÁVEL E ORIENTATIVO</w:t>
      </w:r>
    </w:p>
    <w:p>
      <w:pPr>
        <w:pStyle w:val="Title"/>
        <w:jc w:val="center"/>
      </w:pPr>
      <w:r>
        <w:t>Projeto de Pesquisa</w:t>
      </w:r>
    </w:p>
    <w:p>
      <w:pPr>
        <w:jc w:val="center"/>
      </w:pPr>
      <w:r>
        <w:rPr>
          <w:i/>
        </w:rPr>
        <w:t>Modelo-base para graduação, pós-graduação e atividades de pesquisa científica.</w:t>
      </w:r>
    </w:p>
    <w:p>
      <w:r>
        <w:t>IMPORTANTE: Este modelo é editável e orientativo. A estrutura e os elementos exigidos podem variar conforme a instituição, curso, programa de pós-graduação, área do conhecimento ou edital. Antes da entrega, verifique as normas e orientações específicas aplicáveis à sua pesquisa.</w:t>
      </w:r>
    </w:p>
    <w:p>
      <w:pPr>
        <w:pStyle w:val="Heading1"/>
      </w:pPr>
      <w:r>
        <w:t>IDENTIFICAÇÃO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  <w:vAlign w:val="center"/>
          </w:tcPr>
          <w:p>
            <w:r>
              <w:t>Instituição</w:t>
            </w:r>
          </w:p>
        </w:tc>
        <w:tc>
          <w:tcPr>
            <w:tcW w:type="dxa" w:w="4702"/>
            <w:vAlign w:val="center"/>
          </w:tcPr>
          <w:p>
            <w:r>
              <w:t>[Digite aqui]</w:t>
            </w:r>
          </w:p>
        </w:tc>
      </w:tr>
      <w:tr>
        <w:tc>
          <w:tcPr>
            <w:tcW w:type="dxa" w:w="4702"/>
            <w:vAlign w:val="center"/>
          </w:tcPr>
          <w:p>
            <w:r>
              <w:t>Curso/Programa</w:t>
            </w:r>
          </w:p>
        </w:tc>
        <w:tc>
          <w:tcPr>
            <w:tcW w:type="dxa" w:w="4702"/>
            <w:vAlign w:val="center"/>
          </w:tcPr>
          <w:p>
            <w:r>
              <w:t>[Digite aqui]</w:t>
            </w:r>
          </w:p>
        </w:tc>
      </w:tr>
      <w:tr>
        <w:tc>
          <w:tcPr>
            <w:tcW w:type="dxa" w:w="4702"/>
            <w:vAlign w:val="center"/>
          </w:tcPr>
          <w:p>
            <w:r>
              <w:t>Pesquisador(a)</w:t>
            </w:r>
          </w:p>
        </w:tc>
        <w:tc>
          <w:tcPr>
            <w:tcW w:type="dxa" w:w="4702"/>
            <w:vAlign w:val="center"/>
          </w:tcPr>
          <w:p>
            <w:r>
              <w:t>[Digite aqui]</w:t>
            </w:r>
          </w:p>
        </w:tc>
      </w:tr>
      <w:tr>
        <w:tc>
          <w:tcPr>
            <w:tcW w:type="dxa" w:w="4702"/>
            <w:vAlign w:val="center"/>
          </w:tcPr>
          <w:p>
            <w:r>
              <w:t>Orientador(a) (quando aplicável)</w:t>
            </w:r>
          </w:p>
        </w:tc>
        <w:tc>
          <w:tcPr>
            <w:tcW w:type="dxa" w:w="4702"/>
            <w:vAlign w:val="center"/>
          </w:tcPr>
          <w:p>
            <w:r>
              <w:t>[Digite aqui]</w:t>
            </w:r>
          </w:p>
        </w:tc>
      </w:tr>
      <w:tr>
        <w:tc>
          <w:tcPr>
            <w:tcW w:type="dxa" w:w="4702"/>
            <w:vAlign w:val="center"/>
          </w:tcPr>
          <w:p>
            <w:r>
              <w:t>Título provisório da pesquisa</w:t>
            </w:r>
          </w:p>
        </w:tc>
        <w:tc>
          <w:tcPr>
            <w:tcW w:type="dxa" w:w="4702"/>
            <w:vAlign w:val="center"/>
          </w:tcPr>
          <w:p>
            <w:r>
              <w:t>[Digite aqui]</w:t>
            </w:r>
          </w:p>
        </w:tc>
      </w:tr>
      <w:tr>
        <w:tc>
          <w:tcPr>
            <w:tcW w:type="dxa" w:w="4702"/>
            <w:vAlign w:val="center"/>
          </w:tcPr>
          <w:p>
            <w:r>
              <w:t>Local</w:t>
            </w:r>
          </w:p>
        </w:tc>
        <w:tc>
          <w:tcPr>
            <w:tcW w:type="dxa" w:w="4702"/>
            <w:vAlign w:val="center"/>
          </w:tcPr>
          <w:p>
            <w:r>
              <w:t>[Digite aqui]</w:t>
            </w:r>
          </w:p>
        </w:tc>
      </w:tr>
      <w:tr>
        <w:tc>
          <w:tcPr>
            <w:tcW w:type="dxa" w:w="4702"/>
            <w:vAlign w:val="center"/>
          </w:tcPr>
          <w:p>
            <w:r>
              <w:t>Ano</w:t>
            </w:r>
          </w:p>
        </w:tc>
        <w:tc>
          <w:tcPr>
            <w:tcW w:type="dxa" w:w="4702"/>
            <w:vAlign w:val="center"/>
          </w:tcPr>
          <w:p>
            <w:r>
              <w:t>[Digite aqui]</w:t>
            </w:r>
          </w:p>
        </w:tc>
      </w:tr>
    </w:tbl>
    <w:p>
      <w:pPr>
        <w:pStyle w:val="Heading1"/>
      </w:pPr>
      <w:r>
        <w:t>1. TEMA E DELIMITAÇÃO</w:t>
      </w:r>
    </w:p>
    <w:p>
      <w:pPr>
        <w:pStyle w:val="Orientacao"/>
      </w:pPr>
      <w:r>
        <w:t>Orientação: Apresente o tema e delimite o recorte da investigação, considerando o objeto, o contexto, a população ou unidade de análise, o espaço e/ou o período, quando pertinentes.</w:t>
      </w:r>
    </w:p>
    <w:p>
      <w:r>
        <w:t>[Descreva aqui o tema e sua delimitação.]</w:t>
      </w:r>
    </w:p>
    <w:p>
      <w:pPr>
        <w:pStyle w:val="Heading1"/>
      </w:pPr>
      <w:r>
        <w:t>2. PROBLEMA DE PESQUISA</w:t>
      </w:r>
    </w:p>
    <w:p>
      <w:pPr>
        <w:pStyle w:val="Orientacao"/>
      </w:pPr>
      <w:r>
        <w:t>Orientação: Formule a questão central que a pesquisa pretende responder. O problema deve ser claro, delimitado, investigável e coerente com os objetivos e com o percurso metodológico.</w:t>
      </w:r>
    </w:p>
    <w:p>
      <w:r>
        <w:t>[Escreva aqui o problema de pesquisa, preferencialmente em forma de pergunta.]</w:t>
      </w:r>
    </w:p>
    <w:p>
      <w:pPr>
        <w:pStyle w:val="Heading1"/>
      </w:pPr>
      <w:r>
        <w:t>3. JUSTIFICATIVA</w:t>
      </w:r>
    </w:p>
    <w:p>
      <w:pPr>
        <w:pStyle w:val="Orientacao"/>
      </w:pPr>
      <w:r>
        <w:t>Orientação: Explique por que a pesquisa é relevante. Considere, conforme o estudo, sua contribuição científica, acadêmica, social, profissional, institucional ou prática.</w:t>
      </w:r>
    </w:p>
    <w:p>
      <w:r>
        <w:t>[Apresente aqui a justificativa da pesquisa.]</w:t>
      </w:r>
    </w:p>
    <w:p>
      <w:pPr>
        <w:pStyle w:val="Heading1"/>
      </w:pPr>
      <w:r>
        <w:t>4. OBJETIVOS</w:t>
      </w:r>
    </w:p>
    <w:p>
      <w:pPr>
        <w:pStyle w:val="Orientacao"/>
      </w:pPr>
      <w:r>
        <w:t>Orientação: os objetivos devem manter relação direta com o problema de pesquisa e indicar o que a investigação pretende alcançar.</w:t>
      </w:r>
    </w:p>
    <w:p>
      <w:pPr>
        <w:pStyle w:val="Heading2"/>
      </w:pPr>
      <w:r>
        <w:t>4.1 Objetivo geral</w:t>
      </w:r>
    </w:p>
    <w:p>
      <w:r>
        <w:t>[Escreva aqui o objetivo geral.]</w:t>
      </w:r>
    </w:p>
    <w:p>
      <w:pPr>
        <w:pStyle w:val="Heading2"/>
      </w:pPr>
      <w:r>
        <w:t>4.2 Objetivos específicos</w:t>
      </w:r>
    </w:p>
    <w:p>
      <w:r>
        <w:t>[Liste aqui os objetivos específicos.]</w:t>
      </w:r>
    </w:p>
    <w:p>
      <w:pPr>
        <w:pStyle w:val="Heading1"/>
      </w:pPr>
      <w:r>
        <w:t>5. FUNDAMENTAÇÃO TEÓRICA / REVISÃO DA LITERATURA</w:t>
      </w:r>
    </w:p>
    <w:p>
      <w:pPr>
        <w:pStyle w:val="Orientacao"/>
      </w:pPr>
      <w:r>
        <w:t>Orientação: Apresente os conceitos, teorias e estudos relevantes que sustentam a investigação. Organize a discussão de acordo com o problema e os objetivos da pesquisa e utilize fontes acadêmicas pertinentes.</w:t>
      </w:r>
    </w:p>
    <w:p>
      <w:r>
        <w:t>[Desenvolva aqui a fundamentação teórica ou revisão da literatura.]</w:t>
      </w:r>
    </w:p>
    <w:p>
      <w:pPr>
        <w:pStyle w:val="Heading1"/>
      </w:pPr>
      <w:r>
        <w:t>6. PROCEDIMENTOS METODOLÓGICOS</w:t>
      </w:r>
    </w:p>
    <w:p>
      <w:pPr>
        <w:pStyle w:val="Orientacao"/>
      </w:pPr>
      <w:r>
        <w:t>Orientação: descreva como a pesquisa será realizada. Utilize apenas os subtópicos pertinentes ao seu desenho de pesquisa e adapte-os às exigências da sua instituição ou área.</w:t>
      </w:r>
    </w:p>
    <w:p>
      <w:pPr>
        <w:pStyle w:val="Heading2"/>
      </w:pPr>
      <w:r>
        <w:t>6.1 Abordagem da pesquisa</w:t>
      </w:r>
    </w:p>
    <w:p>
      <w:pPr>
        <w:pStyle w:val="Orientacao"/>
      </w:pPr>
      <w:r>
        <w:t>Orientação: Indique e justifique, quando aplicável, se a abordagem é qualitativa, quantitativa ou mista.</w:t>
      </w:r>
    </w:p>
    <w:p>
      <w:r>
        <w:t>[Descreva aqui.]</w:t>
      </w:r>
    </w:p>
    <w:p>
      <w:pPr>
        <w:pStyle w:val="Heading2"/>
      </w:pPr>
      <w:r>
        <w:t>6.2 Caracterização quanto aos objetivos</w:t>
      </w:r>
    </w:p>
    <w:p>
      <w:pPr>
        <w:pStyle w:val="Orientacao"/>
      </w:pPr>
      <w:r>
        <w:t>Orientação: Indique a caracterização adotada, como exploratória, descritiva ou explicativa, quando pertinente.</w:t>
      </w:r>
    </w:p>
    <w:p>
      <w:r>
        <w:t>[Descreva aqui.]</w:t>
      </w:r>
    </w:p>
    <w:p>
      <w:pPr>
        <w:pStyle w:val="Heading2"/>
      </w:pPr>
      <w:r>
        <w:t>6.3 Procedimentos de pesquisa</w:t>
      </w:r>
    </w:p>
    <w:p>
      <w:pPr>
        <w:pStyle w:val="Orientacao"/>
      </w:pPr>
      <w:r>
        <w:t>Orientação: Descreva os procedimentos utilizados, como estudo de caso, levantamento, pesquisa documental, bibliográfica, experimental ou outros adequados ao estudo.</w:t>
      </w:r>
    </w:p>
    <w:p>
      <w:r>
        <w:t>[Descreva aqui.]</w:t>
      </w:r>
    </w:p>
    <w:p>
      <w:pPr>
        <w:pStyle w:val="Heading2"/>
      </w:pPr>
      <w:r>
        <w:t>6.4 Participantes, população e/ou amostra</w:t>
      </w:r>
    </w:p>
    <w:p>
      <w:pPr>
        <w:pStyle w:val="Orientacao"/>
      </w:pPr>
      <w:r>
        <w:t>Orientação: Apresente quem ou o que será investigado, os critérios de seleção e, quando pertinente, a população e a amostra.</w:t>
      </w:r>
    </w:p>
    <w:p>
      <w:r>
        <w:t>[Descreva aqui.]</w:t>
      </w:r>
    </w:p>
    <w:p>
      <w:pPr>
        <w:pStyle w:val="Heading2"/>
      </w:pPr>
      <w:r>
        <w:t>6.5 Coleta de dados</w:t>
      </w:r>
    </w:p>
    <w:p>
      <w:pPr>
        <w:pStyle w:val="Orientacao"/>
      </w:pPr>
      <w:r>
        <w:t>Orientação: Informe os instrumentos, técnicas, fontes e procedimentos previstos para a obtenção dos dados.</w:t>
      </w:r>
    </w:p>
    <w:p>
      <w:r>
        <w:t>[Descreva aqui.]</w:t>
      </w:r>
    </w:p>
    <w:p>
      <w:pPr>
        <w:pStyle w:val="Heading2"/>
      </w:pPr>
      <w:r>
        <w:t>6.6 Análise dos dados</w:t>
      </w:r>
    </w:p>
    <w:p>
      <w:pPr>
        <w:pStyle w:val="Orientacao"/>
      </w:pPr>
      <w:r>
        <w:t>Orientação: Explique como os dados serão organizados e analisados, indicando a técnica ou método adotado quando aplicável.</w:t>
      </w:r>
    </w:p>
    <w:p>
      <w:r>
        <w:t>[Descreva aqui.]</w:t>
      </w:r>
    </w:p>
    <w:p>
      <w:pPr>
        <w:pStyle w:val="Heading2"/>
      </w:pPr>
      <w:r>
        <w:t>6.7 Aspectos éticos</w:t>
      </w:r>
    </w:p>
    <w:p>
      <w:pPr>
        <w:pStyle w:val="Orientacao"/>
      </w:pPr>
      <w:r>
        <w:t>Orientação: Quando a pesquisa envolver seres humanos ou outras situações sujeitas a exigências éticas, descreva os procedimentos aplicáveis e observe as normas institucionais e oficiais vigentes.</w:t>
      </w:r>
    </w:p>
    <w:p>
      <w:r>
        <w:t>[Descreva aqui.]</w:t>
      </w:r>
    </w:p>
    <w:p>
      <w:pPr>
        <w:pStyle w:val="Heading1"/>
      </w:pPr>
      <w:r>
        <w:t>7. RESULTADOS ESPERADOS (QUANDO SOLICITADO/APLICÁVEL)</w:t>
      </w:r>
    </w:p>
    <w:p>
      <w:pPr>
        <w:pStyle w:val="Orientacao"/>
      </w:pPr>
      <w:r>
        <w:t>Orientação: Apresente os resultados ou contribuições que se espera alcançar, sem antecipar conclusões que dependem da realização da pesquisa.</w:t>
      </w:r>
    </w:p>
    <w:p>
      <w:r>
        <w:t>[Descreva aqui os resultados esperados, quando aplicável.]</w:t>
      </w:r>
    </w:p>
    <w:p>
      <w:pPr>
        <w:pStyle w:val="Heading1"/>
      </w:pPr>
      <w:r>
        <w:t>8. CRONOGRAMA</w:t>
      </w:r>
    </w:p>
    <w:p>
      <w:pPr>
        <w:pStyle w:val="Orientacao"/>
      </w:pPr>
      <w:r>
        <w:t>Orientação: organize as principais atividades e o período previsto para sua execução. Adapte a quantidade de períodos ao calendário real da pesquisa.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44"/>
        <w:gridCol w:w="1344"/>
        <w:gridCol w:w="1344"/>
        <w:gridCol w:w="1344"/>
        <w:gridCol w:w="1344"/>
        <w:gridCol w:w="1344"/>
        <w:gridCol w:w="1344"/>
      </w:tblGrid>
      <w:tr>
        <w:tc>
          <w:tcPr>
            <w:tcW w:type="dxa" w:w="1344"/>
          </w:tcPr>
          <w:p>
            <w:r>
              <w:t>Atividade</w:t>
            </w:r>
          </w:p>
        </w:tc>
        <w:tc>
          <w:tcPr>
            <w:tcW w:type="dxa" w:w="1344"/>
          </w:tcPr>
          <w:p>
            <w:r>
              <w:t>Período 1</w:t>
            </w:r>
          </w:p>
        </w:tc>
        <w:tc>
          <w:tcPr>
            <w:tcW w:type="dxa" w:w="1344"/>
          </w:tcPr>
          <w:p>
            <w:r>
              <w:t>Período 2</w:t>
            </w:r>
          </w:p>
        </w:tc>
        <w:tc>
          <w:tcPr>
            <w:tcW w:type="dxa" w:w="1344"/>
          </w:tcPr>
          <w:p>
            <w:r>
              <w:t>Período 3</w:t>
            </w:r>
          </w:p>
        </w:tc>
        <w:tc>
          <w:tcPr>
            <w:tcW w:type="dxa" w:w="1344"/>
          </w:tcPr>
          <w:p>
            <w:r>
              <w:t>Período 4</w:t>
            </w:r>
          </w:p>
        </w:tc>
        <w:tc>
          <w:tcPr>
            <w:tcW w:type="dxa" w:w="1344"/>
          </w:tcPr>
          <w:p>
            <w:r>
              <w:t>Período 5</w:t>
            </w:r>
          </w:p>
        </w:tc>
        <w:tc>
          <w:tcPr>
            <w:tcW w:type="dxa" w:w="1344"/>
          </w:tcPr>
          <w:p>
            <w:r>
              <w:t>Período 6</w:t>
            </w:r>
          </w:p>
        </w:tc>
      </w:tr>
      <w:tr>
        <w:tc>
          <w:tcPr>
            <w:tcW w:type="dxa" w:w="1344"/>
          </w:tcPr>
          <w:p>
            <w:r>
              <w:t>[Atividade]</w:t>
            </w:r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</w:tr>
      <w:tr>
        <w:tc>
          <w:tcPr>
            <w:tcW w:type="dxa" w:w="1344"/>
          </w:tcPr>
          <w:p>
            <w:r>
              <w:t>[Atividade]</w:t>
            </w:r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</w:tr>
      <w:tr>
        <w:tc>
          <w:tcPr>
            <w:tcW w:type="dxa" w:w="1344"/>
          </w:tcPr>
          <w:p>
            <w:r>
              <w:t>[Atividade]</w:t>
            </w:r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</w:tr>
      <w:tr>
        <w:tc>
          <w:tcPr>
            <w:tcW w:type="dxa" w:w="1344"/>
          </w:tcPr>
          <w:p>
            <w:r>
              <w:t>[Atividade]</w:t>
            </w:r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</w:tr>
      <w:tr>
        <w:tc>
          <w:tcPr>
            <w:tcW w:type="dxa" w:w="1344"/>
          </w:tcPr>
          <w:p>
            <w:r>
              <w:t>[Atividade]</w:t>
            </w:r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  <w:tc>
          <w:tcPr>
            <w:tcW w:type="dxa" w:w="1344"/>
          </w:tcPr>
          <w:p>
            <w:r/>
          </w:p>
        </w:tc>
      </w:tr>
    </w:tbl>
    <w:p>
      <w:pPr>
        <w:pStyle w:val="Heading1"/>
      </w:pPr>
      <w:r>
        <w:t>9. REFERÊNCIAS</w:t>
      </w:r>
    </w:p>
    <w:p>
      <w:pPr>
        <w:pStyle w:val="Orientacao"/>
      </w:pPr>
      <w:r>
        <w:t>Orientação: relacione apenas as obras efetivamente citadas no projeto e utilize o padrão de referências exigido pela sua instituição ou pelo veículo ao qual o projeto será submetido.</w:t>
      </w:r>
    </w:p>
    <w:p>
      <w:r>
        <w:t>[Insira aqui as referências utilizadas.]</w:t>
      </w:r>
    </w:p>
    <w:p/>
    <w:p>
      <w:pPr>
        <w:jc w:val="center"/>
      </w:pPr>
      <w:r>
        <w:rPr>
          <w:i/>
          <w:sz w:val="18"/>
        </w:rPr>
        <w:t>NeoPesquisa — Modelo editável e orientativo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Orientacao">
    <w:name w:val="Orientacao"/>
    <w:rPr>
      <w:rFonts w:ascii="Arial" w:hAnsi="Arial"/>
      <w:i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