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Modelo de Questionário</w:t>
      </w:r>
    </w:p>
    <w:p>
      <w:r>
        <w:t>Estruture apenas questões necessárias aos objetivos da pesquisa. Utilize perguntas abertas, fechadas ou mistas conforme o desenho do estudo.</w:t>
      </w:r>
    </w:p>
    <w:p>
      <w:pPr>
        <w:pStyle w:val="Heading1"/>
      </w:pPr>
      <w:r>
        <w:t>1. Identificação da pesquisa</w:t>
      </w:r>
    </w:p>
    <w:p>
      <w:r>
        <w:t>Título: [Digite aqui]</w:t>
        <w:br/>
        <w:t>Pesquisador(a): [Digite aqui]</w:t>
        <w:br/>
        <w:t>Objetivo do questionário: [Digite aqui]</w:t>
        <w:br/>
        <w:t>Público-alvo: [Digite aqui]</w:t>
      </w:r>
    </w:p>
    <w:p>
      <w:pPr>
        <w:pStyle w:val="Heading1"/>
      </w:pPr>
      <w:r>
        <w:t>2. Apresentação ao participante</w:t>
      </w:r>
    </w:p>
    <w:p>
      <w:r>
        <w:t>[Explique brevemente a finalidade da pesquisa, o caráter da participação, o tempo estimado de resposta e os procedimentos éticos aplicáveis.]</w:t>
      </w:r>
    </w:p>
    <w:p>
      <w:pPr>
        <w:pStyle w:val="Heading1"/>
      </w:pPr>
      <w:r>
        <w:t>3. Caracterização do respondente</w:t>
      </w:r>
    </w:p>
    <w:p>
      <w:r>
        <w:t>1. [Variável de caracterização pertinente]</w:t>
        <w:br/>
        <w:t>( ) Opção A  ( ) Opção B  ( ) Outra: ______</w:t>
        <w:br/>
        <w:br/>
        <w:t>2. [Outra variável necessária]</w:t>
      </w:r>
    </w:p>
    <w:p>
      <w:pPr>
        <w:pStyle w:val="Heading1"/>
      </w:pPr>
      <w:r>
        <w:t>4. Questões fechadas</w:t>
      </w:r>
    </w:p>
    <w:p>
      <w:r>
        <w:t>1. [Enunciado]</w:t>
        <w:br/>
        <w:t>( ) Opção 1  ( ) Opção 2  ( ) Opção 3</w:t>
        <w:br/>
        <w:br/>
        <w:t>2. [Enunciado em escala, quando pertinente]</w:t>
        <w:br/>
        <w:t>1  2  3  4  5</w:t>
        <w:br/>
        <w:t>[Defina claramente os pontos da escala.]</w:t>
      </w:r>
    </w:p>
    <w:p>
      <w:pPr>
        <w:pStyle w:val="Heading1"/>
      </w:pPr>
      <w:r>
        <w:t>5. Questões abertas</w:t>
      </w:r>
    </w:p>
    <w:p>
      <w:r>
        <w:t>1. [Pergunta aberta relacionada ao objetivo da pesquisa]</w:t>
        <w:br/>
        <w:t>Resposta: ______________________________________________</w:t>
        <w:br/>
        <w:br/>
        <w:t>2. [Pergunta aberta]</w:t>
        <w:br/>
        <w:t>Resposta: ______________________________________________</w:t>
      </w:r>
    </w:p>
    <w:p>
      <w:pPr>
        <w:pStyle w:val="Heading1"/>
      </w:pPr>
      <w:r>
        <w:t>6. Questões mistas</w:t>
      </w:r>
    </w:p>
    <w:p>
      <w:r>
        <w:t>1. [Pergunta com alternativas]</w:t>
        <w:br/>
        <w:t>( ) A  ( ) B  ( ) C  ( ) Outro: ______</w:t>
        <w:br/>
        <w:t>Justifique/comente, se necessário: ________________________</w:t>
      </w:r>
    </w:p>
    <w:p>
      <w:pPr>
        <w:pStyle w:val="Heading1"/>
      </w:pPr>
      <w:r>
        <w:t>7. Verificação antes da aplicação</w:t>
      </w:r>
    </w:p>
    <w:p>
      <w:r>
        <w:t>[Revise clareza, ordem, linguagem, tempo de resposta, coerência com os objetivos e possíveis ambiguidades. Quando pertinente, realize pré-teste, avaliação por especialistas ou outro procedimento adequado ao estudo.]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