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Plano de Trabalho da Pesquisa</w:t>
      </w:r>
    </w:p>
    <w:p>
      <w:r>
        <w:t>Utilize este modelo para organizar atividades, entregas, prazos e acompanhamento da pesquisa. Adapte os campos às exigências da instituição, programa, grupo de pesquisa ou projeto.</w:t>
      </w:r>
    </w:p>
    <w:p>
      <w:pPr>
        <w:pStyle w:val="Heading1"/>
      </w:pPr>
      <w:r>
        <w:t>1. Identificação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r>
              <w:t>Pesquisa/Projeto</w:t>
            </w:r>
          </w:p>
        </w:tc>
        <w:tc>
          <w:tcPr>
            <w:tcW w:type="dxa" w:w="4702"/>
          </w:tcPr>
          <w:p>
            <w:r>
              <w:t>[Digite aqui]</w:t>
            </w:r>
          </w:p>
        </w:tc>
      </w:tr>
      <w:tr>
        <w:tc>
          <w:tcPr>
            <w:tcW w:type="dxa" w:w="4702"/>
          </w:tcPr>
          <w:p>
            <w:r>
              <w:t>Pesquisador(a)</w:t>
            </w:r>
          </w:p>
        </w:tc>
        <w:tc>
          <w:tcPr>
            <w:tcW w:type="dxa" w:w="4702"/>
          </w:tcPr>
          <w:p>
            <w:r>
              <w:t>[Digite aqui]</w:t>
            </w:r>
          </w:p>
        </w:tc>
      </w:tr>
      <w:tr>
        <w:tc>
          <w:tcPr>
            <w:tcW w:type="dxa" w:w="4702"/>
          </w:tcPr>
          <w:p>
            <w:r>
              <w:t>Curso/Programa/Instituição</w:t>
            </w:r>
          </w:p>
        </w:tc>
        <w:tc>
          <w:tcPr>
            <w:tcW w:type="dxa" w:w="4702"/>
          </w:tcPr>
          <w:p>
            <w:r>
              <w:t>[Digite aqui]</w:t>
            </w:r>
          </w:p>
        </w:tc>
      </w:tr>
      <w:tr>
        <w:tc>
          <w:tcPr>
            <w:tcW w:type="dxa" w:w="4702"/>
          </w:tcPr>
          <w:p>
            <w:r>
              <w:t>Orientador(a)/Responsável</w:t>
            </w:r>
          </w:p>
        </w:tc>
        <w:tc>
          <w:tcPr>
            <w:tcW w:type="dxa" w:w="4702"/>
          </w:tcPr>
          <w:p>
            <w:r>
              <w:t>[Digite aqui, quando aplicável]</w:t>
            </w:r>
          </w:p>
        </w:tc>
      </w:tr>
      <w:tr>
        <w:tc>
          <w:tcPr>
            <w:tcW w:type="dxa" w:w="4702"/>
          </w:tcPr>
          <w:p>
            <w:r>
              <w:t>Período do plano</w:t>
            </w:r>
          </w:p>
        </w:tc>
        <w:tc>
          <w:tcPr>
            <w:tcW w:type="dxa" w:w="4702"/>
          </w:tcPr>
          <w:p>
            <w:r>
              <w:t>[Digite aqui]</w:t>
            </w:r>
          </w:p>
        </w:tc>
      </w:tr>
    </w:tbl>
    <w:p>
      <w:pPr>
        <w:pStyle w:val="Heading1"/>
      </w:pPr>
      <w:r>
        <w:t>2. Objetivo do plano de trabalho</w:t>
      </w:r>
    </w:p>
    <w:p>
      <w:r>
        <w:t>Orientação: registre de forma breve o que deverá ser desenvolvido no período contemplado por este plano.</w:t>
      </w:r>
    </w:p>
    <w:p>
      <w:r>
        <w:t>[Descreva aqui.]</w:t>
      </w:r>
    </w:p>
    <w:p>
      <w:pPr>
        <w:pStyle w:val="Heading1"/>
      </w:pPr>
      <w:r>
        <w:t>3. Atividades e entregas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7"/>
        <w:gridCol w:w="1567"/>
        <w:gridCol w:w="1567"/>
        <w:gridCol w:w="1567"/>
        <w:gridCol w:w="1567"/>
        <w:gridCol w:w="1567"/>
      </w:tblGrid>
      <w:tr>
        <w:tc>
          <w:tcPr>
            <w:tcW w:type="dxa" w:w="1567"/>
          </w:tcPr>
          <w:p>
            <w:r>
              <w:t>Atividade</w:t>
            </w:r>
          </w:p>
        </w:tc>
        <w:tc>
          <w:tcPr>
            <w:tcW w:type="dxa" w:w="1567"/>
          </w:tcPr>
          <w:p>
            <w:r>
              <w:t>Finalidade/resultado esperado</w:t>
            </w:r>
          </w:p>
        </w:tc>
        <w:tc>
          <w:tcPr>
            <w:tcW w:type="dxa" w:w="1567"/>
          </w:tcPr>
          <w:p>
            <w:r>
              <w:t>Entrega/Evidência</w:t>
            </w:r>
          </w:p>
        </w:tc>
        <w:tc>
          <w:tcPr>
            <w:tcW w:type="dxa" w:w="1567"/>
          </w:tcPr>
          <w:p>
            <w:r>
              <w:t>Responsável</w:t>
            </w:r>
          </w:p>
        </w:tc>
        <w:tc>
          <w:tcPr>
            <w:tcW w:type="dxa" w:w="1567"/>
          </w:tcPr>
          <w:p>
            <w:r>
              <w:t>Prazo</w:t>
            </w:r>
          </w:p>
        </w:tc>
        <w:tc>
          <w:tcPr>
            <w:tcW w:type="dxa" w:w="1567"/>
          </w:tcPr>
          <w:p>
            <w:r>
              <w:t>Status/Observações</w:t>
            </w:r>
          </w:p>
        </w:tc>
      </w:tr>
      <w:tr>
        <w:tc>
          <w:tcPr>
            <w:tcW w:type="dxa" w:w="1567"/>
          </w:tcPr>
          <w:p>
            <w:r>
              <w:t>[Atividade]</w:t>
            </w:r>
          </w:p>
        </w:tc>
        <w:tc>
          <w:tcPr>
            <w:tcW w:type="dxa" w:w="1567"/>
          </w:tcPr>
          <w:p>
            <w:r>
              <w:t>[O que esta atividade deve produzir?]</w:t>
            </w:r>
          </w:p>
        </w:tc>
        <w:tc>
          <w:tcPr>
            <w:tcW w:type="dxa" w:w="1567"/>
          </w:tcPr>
          <w:p>
            <w:r>
              <w:t>[Produto ou evidência]</w:t>
            </w:r>
          </w:p>
        </w:tc>
        <w:tc>
          <w:tcPr>
            <w:tcW w:type="dxa" w:w="1567"/>
          </w:tcPr>
          <w:p>
            <w:r>
              <w:t>[Responsável]</w:t>
            </w:r>
          </w:p>
        </w:tc>
        <w:tc>
          <w:tcPr>
            <w:tcW w:type="dxa" w:w="1567"/>
          </w:tcPr>
          <w:p>
            <w:r>
              <w:t>[Data/período]</w:t>
            </w:r>
          </w:p>
        </w:tc>
        <w:tc>
          <w:tcPr>
            <w:tcW w:type="dxa" w:w="1567"/>
          </w:tcPr>
          <w:p>
            <w:r>
              <w:t>[Não iniciado / Em andamento / Concluído / Observações]</w:t>
            </w:r>
          </w:p>
        </w:tc>
      </w:tr>
      <w:tr>
        <w:tc>
          <w:tcPr>
            <w:tcW w:type="dxa" w:w="1567"/>
          </w:tcPr>
          <w:p>
            <w:r>
              <w:t>[Atividade]</w:t>
            </w:r>
          </w:p>
        </w:tc>
        <w:tc>
          <w:tcPr>
            <w:tcW w:type="dxa" w:w="1567"/>
          </w:tcPr>
          <w:p>
            <w:r>
              <w:t>[O que esta atividade deve produzir?]</w:t>
            </w:r>
          </w:p>
        </w:tc>
        <w:tc>
          <w:tcPr>
            <w:tcW w:type="dxa" w:w="1567"/>
          </w:tcPr>
          <w:p>
            <w:r>
              <w:t>[Produto ou evidência]</w:t>
            </w:r>
          </w:p>
        </w:tc>
        <w:tc>
          <w:tcPr>
            <w:tcW w:type="dxa" w:w="1567"/>
          </w:tcPr>
          <w:p>
            <w:r>
              <w:t>[Responsável]</w:t>
            </w:r>
          </w:p>
        </w:tc>
        <w:tc>
          <w:tcPr>
            <w:tcW w:type="dxa" w:w="1567"/>
          </w:tcPr>
          <w:p>
            <w:r>
              <w:t>[Data/período]</w:t>
            </w:r>
          </w:p>
        </w:tc>
        <w:tc>
          <w:tcPr>
            <w:tcW w:type="dxa" w:w="1567"/>
          </w:tcPr>
          <w:p>
            <w:r>
              <w:t>[Não iniciado / Em andamento / Concluído / Observações]</w:t>
            </w:r>
          </w:p>
        </w:tc>
      </w:tr>
      <w:tr>
        <w:tc>
          <w:tcPr>
            <w:tcW w:type="dxa" w:w="1567"/>
          </w:tcPr>
          <w:p>
            <w:r>
              <w:t>[Atividade]</w:t>
            </w:r>
          </w:p>
        </w:tc>
        <w:tc>
          <w:tcPr>
            <w:tcW w:type="dxa" w:w="1567"/>
          </w:tcPr>
          <w:p>
            <w:r>
              <w:t>[O que esta atividade deve produzir?]</w:t>
            </w:r>
          </w:p>
        </w:tc>
        <w:tc>
          <w:tcPr>
            <w:tcW w:type="dxa" w:w="1567"/>
          </w:tcPr>
          <w:p>
            <w:r>
              <w:t>[Produto ou evidência]</w:t>
            </w:r>
          </w:p>
        </w:tc>
        <w:tc>
          <w:tcPr>
            <w:tcW w:type="dxa" w:w="1567"/>
          </w:tcPr>
          <w:p>
            <w:r>
              <w:t>[Responsável]</w:t>
            </w:r>
          </w:p>
        </w:tc>
        <w:tc>
          <w:tcPr>
            <w:tcW w:type="dxa" w:w="1567"/>
          </w:tcPr>
          <w:p>
            <w:r>
              <w:t>[Data/período]</w:t>
            </w:r>
          </w:p>
        </w:tc>
        <w:tc>
          <w:tcPr>
            <w:tcW w:type="dxa" w:w="1567"/>
          </w:tcPr>
          <w:p>
            <w:r>
              <w:t>[Não iniciado / Em andamento / Concluído / Observações]</w:t>
            </w:r>
          </w:p>
        </w:tc>
      </w:tr>
      <w:tr>
        <w:tc>
          <w:tcPr>
            <w:tcW w:type="dxa" w:w="1567"/>
          </w:tcPr>
          <w:p>
            <w:r>
              <w:t>[Atividade]</w:t>
            </w:r>
          </w:p>
        </w:tc>
        <w:tc>
          <w:tcPr>
            <w:tcW w:type="dxa" w:w="1567"/>
          </w:tcPr>
          <w:p>
            <w:r>
              <w:t>[O que esta atividade deve produzir?]</w:t>
            </w:r>
          </w:p>
        </w:tc>
        <w:tc>
          <w:tcPr>
            <w:tcW w:type="dxa" w:w="1567"/>
          </w:tcPr>
          <w:p>
            <w:r>
              <w:t>[Produto ou evidência]</w:t>
            </w:r>
          </w:p>
        </w:tc>
        <w:tc>
          <w:tcPr>
            <w:tcW w:type="dxa" w:w="1567"/>
          </w:tcPr>
          <w:p>
            <w:r>
              <w:t>[Responsável]</w:t>
            </w:r>
          </w:p>
        </w:tc>
        <w:tc>
          <w:tcPr>
            <w:tcW w:type="dxa" w:w="1567"/>
          </w:tcPr>
          <w:p>
            <w:r>
              <w:t>[Data/período]</w:t>
            </w:r>
          </w:p>
        </w:tc>
        <w:tc>
          <w:tcPr>
            <w:tcW w:type="dxa" w:w="1567"/>
          </w:tcPr>
          <w:p>
            <w:r>
              <w:t>[Não iniciado / Em andamento / Concluído / Observações]</w:t>
            </w:r>
          </w:p>
        </w:tc>
      </w:tr>
      <w:tr>
        <w:tc>
          <w:tcPr>
            <w:tcW w:type="dxa" w:w="1567"/>
          </w:tcPr>
          <w:p>
            <w:r>
              <w:t>[Atividade]</w:t>
            </w:r>
          </w:p>
        </w:tc>
        <w:tc>
          <w:tcPr>
            <w:tcW w:type="dxa" w:w="1567"/>
          </w:tcPr>
          <w:p>
            <w:r>
              <w:t>[O que esta atividade deve produzir?]</w:t>
            </w:r>
          </w:p>
        </w:tc>
        <w:tc>
          <w:tcPr>
            <w:tcW w:type="dxa" w:w="1567"/>
          </w:tcPr>
          <w:p>
            <w:r>
              <w:t>[Produto ou evidência]</w:t>
            </w:r>
          </w:p>
        </w:tc>
        <w:tc>
          <w:tcPr>
            <w:tcW w:type="dxa" w:w="1567"/>
          </w:tcPr>
          <w:p>
            <w:r>
              <w:t>[Responsável]</w:t>
            </w:r>
          </w:p>
        </w:tc>
        <w:tc>
          <w:tcPr>
            <w:tcW w:type="dxa" w:w="1567"/>
          </w:tcPr>
          <w:p>
            <w:r>
              <w:t>[Data/período]</w:t>
            </w:r>
          </w:p>
        </w:tc>
        <w:tc>
          <w:tcPr>
            <w:tcW w:type="dxa" w:w="1567"/>
          </w:tcPr>
          <w:p>
            <w:r>
              <w:t>[Não iniciado / Em andamento / Concluído / Observações]</w:t>
            </w:r>
          </w:p>
        </w:tc>
      </w:tr>
      <w:tr>
        <w:tc>
          <w:tcPr>
            <w:tcW w:type="dxa" w:w="1567"/>
          </w:tcPr>
          <w:p>
            <w:r>
              <w:t>[Atividade]</w:t>
            </w:r>
          </w:p>
        </w:tc>
        <w:tc>
          <w:tcPr>
            <w:tcW w:type="dxa" w:w="1567"/>
          </w:tcPr>
          <w:p>
            <w:r>
              <w:t>[O que esta atividade deve produzir?]</w:t>
            </w:r>
          </w:p>
        </w:tc>
        <w:tc>
          <w:tcPr>
            <w:tcW w:type="dxa" w:w="1567"/>
          </w:tcPr>
          <w:p>
            <w:r>
              <w:t>[Produto ou evidência]</w:t>
            </w:r>
          </w:p>
        </w:tc>
        <w:tc>
          <w:tcPr>
            <w:tcW w:type="dxa" w:w="1567"/>
          </w:tcPr>
          <w:p>
            <w:r>
              <w:t>[Responsável]</w:t>
            </w:r>
          </w:p>
        </w:tc>
        <w:tc>
          <w:tcPr>
            <w:tcW w:type="dxa" w:w="1567"/>
          </w:tcPr>
          <w:p>
            <w:r>
              <w:t>[Data/período]</w:t>
            </w:r>
          </w:p>
        </w:tc>
        <w:tc>
          <w:tcPr>
            <w:tcW w:type="dxa" w:w="1567"/>
          </w:tcPr>
          <w:p>
            <w:r>
              <w:t>[Não iniciado / Em andamento / Concluído / Observações]</w:t>
            </w:r>
          </w:p>
        </w:tc>
      </w:tr>
      <w:tr>
        <w:tc>
          <w:tcPr>
            <w:tcW w:type="dxa" w:w="1567"/>
          </w:tcPr>
          <w:p>
            <w:r>
              <w:t>[Atividade]</w:t>
            </w:r>
          </w:p>
        </w:tc>
        <w:tc>
          <w:tcPr>
            <w:tcW w:type="dxa" w:w="1567"/>
          </w:tcPr>
          <w:p>
            <w:r>
              <w:t>[O que esta atividade deve produzir?]</w:t>
            </w:r>
          </w:p>
        </w:tc>
        <w:tc>
          <w:tcPr>
            <w:tcW w:type="dxa" w:w="1567"/>
          </w:tcPr>
          <w:p>
            <w:r>
              <w:t>[Produto ou evidência]</w:t>
            </w:r>
          </w:p>
        </w:tc>
        <w:tc>
          <w:tcPr>
            <w:tcW w:type="dxa" w:w="1567"/>
          </w:tcPr>
          <w:p>
            <w:r>
              <w:t>[Responsável]</w:t>
            </w:r>
          </w:p>
        </w:tc>
        <w:tc>
          <w:tcPr>
            <w:tcW w:type="dxa" w:w="1567"/>
          </w:tcPr>
          <w:p>
            <w:r>
              <w:t>[Data/período]</w:t>
            </w:r>
          </w:p>
        </w:tc>
        <w:tc>
          <w:tcPr>
            <w:tcW w:type="dxa" w:w="1567"/>
          </w:tcPr>
          <w:p>
            <w:r>
              <w:t>[Não iniciado / Em andamento / Concluído / Observações]</w:t>
            </w:r>
          </w:p>
        </w:tc>
      </w:tr>
      <w:tr>
        <w:tc>
          <w:tcPr>
            <w:tcW w:type="dxa" w:w="1567"/>
          </w:tcPr>
          <w:p>
            <w:r>
              <w:t>[Atividade]</w:t>
            </w:r>
          </w:p>
        </w:tc>
        <w:tc>
          <w:tcPr>
            <w:tcW w:type="dxa" w:w="1567"/>
          </w:tcPr>
          <w:p>
            <w:r>
              <w:t>[O que esta atividade deve produzir?]</w:t>
            </w:r>
          </w:p>
        </w:tc>
        <w:tc>
          <w:tcPr>
            <w:tcW w:type="dxa" w:w="1567"/>
          </w:tcPr>
          <w:p>
            <w:r>
              <w:t>[Produto ou evidência]</w:t>
            </w:r>
          </w:p>
        </w:tc>
        <w:tc>
          <w:tcPr>
            <w:tcW w:type="dxa" w:w="1567"/>
          </w:tcPr>
          <w:p>
            <w:r>
              <w:t>[Responsável]</w:t>
            </w:r>
          </w:p>
        </w:tc>
        <w:tc>
          <w:tcPr>
            <w:tcW w:type="dxa" w:w="1567"/>
          </w:tcPr>
          <w:p>
            <w:r>
              <w:t>[Data/período]</w:t>
            </w:r>
          </w:p>
        </w:tc>
        <w:tc>
          <w:tcPr>
            <w:tcW w:type="dxa" w:w="1567"/>
          </w:tcPr>
          <w:p>
            <w:r>
              <w:t>[Não iniciado / Em andamento / Concluído / Observações]</w:t>
            </w:r>
          </w:p>
        </w:tc>
      </w:tr>
    </w:tbl>
    <w:p>
      <w:pPr>
        <w:pStyle w:val="Heading1"/>
      </w:pPr>
      <w:r>
        <w:t>4. Marcos de acompanhamento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t>Marco</w:t>
            </w:r>
          </w:p>
        </w:tc>
        <w:tc>
          <w:tcPr>
            <w:tcW w:type="dxa" w:w="2351"/>
          </w:tcPr>
          <w:p>
            <w:r>
              <w:t>Data prevista</w:t>
            </w:r>
          </w:p>
        </w:tc>
        <w:tc>
          <w:tcPr>
            <w:tcW w:type="dxa" w:w="2351"/>
          </w:tcPr>
          <w:p>
            <w:r>
              <w:t>Resultado esperado</w:t>
            </w:r>
          </w:p>
        </w:tc>
        <w:tc>
          <w:tcPr>
            <w:tcW w:type="dxa" w:w="2351"/>
          </w:tcPr>
          <w:p>
            <w:r>
              <w:t>Situação</w:t>
            </w:r>
          </w:p>
        </w:tc>
      </w:tr>
      <w:tr>
        <w:tc>
          <w:tcPr>
            <w:tcW w:type="dxa" w:w="2351"/>
          </w:tcPr>
          <w:p>
            <w:r>
              <w:t>[Marco relevante]</w:t>
            </w:r>
          </w:p>
        </w:tc>
        <w:tc>
          <w:tcPr>
            <w:tcW w:type="dxa" w:w="2351"/>
          </w:tcPr>
          <w:p>
            <w:r>
              <w:t>[Data]</w:t>
            </w:r>
          </w:p>
        </w:tc>
        <w:tc>
          <w:tcPr>
            <w:tcW w:type="dxa" w:w="2351"/>
          </w:tcPr>
          <w:p>
            <w:r>
              <w:t>[Resultado]</w:t>
            </w:r>
          </w:p>
        </w:tc>
        <w:tc>
          <w:tcPr>
            <w:tcW w:type="dxa" w:w="2351"/>
          </w:tcPr>
          <w:p>
            <w:r>
              <w:t>[Situação]</w:t>
            </w:r>
          </w:p>
        </w:tc>
      </w:tr>
      <w:tr>
        <w:tc>
          <w:tcPr>
            <w:tcW w:type="dxa" w:w="2351"/>
          </w:tcPr>
          <w:p>
            <w:r>
              <w:t>[Marco relevante]</w:t>
            </w:r>
          </w:p>
        </w:tc>
        <w:tc>
          <w:tcPr>
            <w:tcW w:type="dxa" w:w="2351"/>
          </w:tcPr>
          <w:p>
            <w:r>
              <w:t>[Data]</w:t>
            </w:r>
          </w:p>
        </w:tc>
        <w:tc>
          <w:tcPr>
            <w:tcW w:type="dxa" w:w="2351"/>
          </w:tcPr>
          <w:p>
            <w:r>
              <w:t>[Resultado]</w:t>
            </w:r>
          </w:p>
        </w:tc>
        <w:tc>
          <w:tcPr>
            <w:tcW w:type="dxa" w:w="2351"/>
          </w:tcPr>
          <w:p>
            <w:r>
              <w:t>[Situação]</w:t>
            </w:r>
          </w:p>
        </w:tc>
      </w:tr>
      <w:tr>
        <w:tc>
          <w:tcPr>
            <w:tcW w:type="dxa" w:w="2351"/>
          </w:tcPr>
          <w:p>
            <w:r>
              <w:t>[Marco relevante]</w:t>
            </w:r>
          </w:p>
        </w:tc>
        <w:tc>
          <w:tcPr>
            <w:tcW w:type="dxa" w:w="2351"/>
          </w:tcPr>
          <w:p>
            <w:r>
              <w:t>[Data]</w:t>
            </w:r>
          </w:p>
        </w:tc>
        <w:tc>
          <w:tcPr>
            <w:tcW w:type="dxa" w:w="2351"/>
          </w:tcPr>
          <w:p>
            <w:r>
              <w:t>[Resultado]</w:t>
            </w:r>
          </w:p>
        </w:tc>
        <w:tc>
          <w:tcPr>
            <w:tcW w:type="dxa" w:w="2351"/>
          </w:tcPr>
          <w:p>
            <w:r>
              <w:t>[Situação]</w:t>
            </w:r>
          </w:p>
        </w:tc>
      </w:tr>
      <w:tr>
        <w:tc>
          <w:tcPr>
            <w:tcW w:type="dxa" w:w="2351"/>
          </w:tcPr>
          <w:p>
            <w:r>
              <w:t>[Marco relevante]</w:t>
            </w:r>
          </w:p>
        </w:tc>
        <w:tc>
          <w:tcPr>
            <w:tcW w:type="dxa" w:w="2351"/>
          </w:tcPr>
          <w:p>
            <w:r>
              <w:t>[Data]</w:t>
            </w:r>
          </w:p>
        </w:tc>
        <w:tc>
          <w:tcPr>
            <w:tcW w:type="dxa" w:w="2351"/>
          </w:tcPr>
          <w:p>
            <w:r>
              <w:t>[Resultado]</w:t>
            </w:r>
          </w:p>
        </w:tc>
        <w:tc>
          <w:tcPr>
            <w:tcW w:type="dxa" w:w="2351"/>
          </w:tcPr>
          <w:p>
            <w:r>
              <w:t>[Situação]</w:t>
            </w:r>
          </w:p>
        </w:tc>
      </w:tr>
    </w:tbl>
    <w:p>
      <w:pPr>
        <w:pStyle w:val="Heading1"/>
      </w:pPr>
      <w:r>
        <w:t>5. Ajustes e decisões</w:t>
      </w:r>
    </w:p>
    <w:p>
      <w:r>
        <w:t>Orientação: registre alterações relevantes no planejamento, justificativas e decisões tomadas durante a execução.</w:t>
      </w:r>
    </w:p>
    <w:p>
      <w:r>
        <w:t>[Registre aqui.]</w:t>
      </w:r>
    </w:p>
    <w:p/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