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Solicitação de Autorização Institucional para Pesquisa</w:t>
      </w:r>
    </w:p>
    <w:p>
      <w:r>
        <w:t>Modelo orientativo para solicitar acesso ou autorização para realização de pesquisa em uma organização ou instituição. Adapte o documento às exigências da instituição pesquisada e do seu protocolo de pesquisa.</w:t>
      </w:r>
    </w:p>
    <w:p>
      <w:pPr>
        <w:pStyle w:val="Heading1"/>
      </w:pPr>
      <w:r>
        <w:t>1. Destinatário</w:t>
      </w:r>
    </w:p>
    <w:p>
      <w:r>
        <w:t>À/ao [nome da instituição/setor/responsável]</w:t>
        <w:br/>
        <w:t>A/C [nome/cargo, quando conhecido]</w:t>
      </w:r>
    </w:p>
    <w:p>
      <w:pPr>
        <w:pStyle w:val="Heading1"/>
      </w:pPr>
      <w:r>
        <w:t>2. Identificação da pesquisa</w:t>
      </w:r>
    </w:p>
    <w:p>
      <w:r>
        <w:t>Título: [Digite aqui]</w:t>
        <w:br/>
        <w:t>Pesquisador(a): [Digite aqui]</w:t>
        <w:br/>
        <w:t>Instituição/Programa de origem: [Digite aqui]</w:t>
        <w:br/>
        <w:t>Orientador(a), quando aplicável: [Digite aqui]</w:t>
      </w:r>
    </w:p>
    <w:p>
      <w:pPr>
        <w:pStyle w:val="Heading1"/>
      </w:pPr>
      <w:r>
        <w:t>3. Solicitação</w:t>
      </w:r>
    </w:p>
    <w:p>
      <w:r>
        <w:t>Solicito autorização para realização da pesquisa acima identificada nesta instituição, com a finalidade de [descrever brevemente o objetivo].</w:t>
      </w:r>
    </w:p>
    <w:p>
      <w:pPr>
        <w:pStyle w:val="Heading1"/>
      </w:pPr>
      <w:r>
        <w:t>4. Atividades previstas</w:t>
      </w:r>
    </w:p>
    <w:p>
      <w:r>
        <w:t>[Descreva objetivamente o que será realizado na instituição: entrevistas, questionários, consulta documental, observação ou outro procedimento; informe público/setor, período e duração estimada.]</w:t>
      </w:r>
    </w:p>
    <w:p>
      <w:pPr>
        <w:pStyle w:val="Heading1"/>
      </w:pPr>
      <w:r>
        <w:t>5. Compromissos</w:t>
      </w:r>
    </w:p>
    <w:p>
      <w:r>
        <w:t>[Informe os compromissos pertinentes relativos à ética, confidencialidade, proteção dos dados, não interferência indevida nas atividades institucionais e uso acadêmico/científico das informações.]</w:t>
      </w:r>
    </w:p>
    <w:p>
      <w:pPr>
        <w:pStyle w:val="Heading1"/>
      </w:pPr>
      <w:r>
        <w:t>6. Documentos anexos, quando aplicável</w:t>
      </w:r>
    </w:p>
    <w:p>
      <w:r>
        <w:t>[Ex.: projeto de pesquisa, aprovação/parecer ético, instrumentos de coleta, carta da instituição de origem ou outros documentos solicitados.]</w:t>
      </w:r>
    </w:p>
    <w:p>
      <w:pPr>
        <w:pStyle w:val="Heading1"/>
      </w:pPr>
      <w:r>
        <w:t>7. Encerramento</w:t>
      </w:r>
    </w:p>
    <w:p>
      <w:r>
        <w:t>Coloco-me à disposição para esclarecimentos.</w:t>
        <w:br/>
        <w:br/>
        <w:t>[Local], [data].</w:t>
        <w:br/>
        <w:br/>
        <w:t>__________________________________</w:t>
        <w:br/>
        <w:t>[Pesquisador(a)]</w:t>
        <w:br/>
        <w:t>[Contato]</w:t>
        <w:br/>
        <w:br/>
        <w:t>AUTORIZAÇÃO DA INSTITUIÇÃO, quando utilizada neste mesmo documento:</w:t>
        <w:br/>
        <w:t>( ) Autorizado   ( ) Não autorizado</w:t>
        <w:br/>
        <w:t>Responsável: ______________________ Cargo: ______________________</w:t>
        <w:br/>
        <w:t>Assinatura: _______________________ Data: ____/____/______</w:t>
      </w:r>
    </w:p>
    <w:p/>
    <w:p>
      <w:pPr>
        <w:jc w:val="center"/>
      </w:pPr>
      <w:r>
        <w:rPr>
          <w:i/>
          <w:sz w:val="18"/>
        </w:rPr>
        <w:t>NeoPesquisa — Modelo editável e orientativo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